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494AF" w14:textId="37564C07" w:rsidR="00127A93" w:rsidRPr="007E55E7" w:rsidRDefault="00BD4F18">
      <w:pPr>
        <w:jc w:val="center"/>
        <w:rPr>
          <w:lang w:val="pl-PL"/>
        </w:rPr>
      </w:pPr>
      <w:r>
        <w:rPr>
          <w:sz w:val="92"/>
        </w:rPr>
        <w:t xml:space="preserve">                    </w:t>
      </w:r>
      <w:r>
        <w:rPr>
          <w:noProof/>
        </w:rPr>
        <w:drawing>
          <wp:inline distT="0" distB="0" distL="0" distR="0" wp14:anchorId="1B18FE3B" wp14:editId="3F187A7E">
            <wp:extent cx="1762125" cy="676275"/>
            <wp:effectExtent l="0" t="0" r="9525" b="9525"/>
            <wp:docPr id="1" name="Obraz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58C775" w14:textId="39095D8A" w:rsidR="00127A93" w:rsidRPr="007E55E7" w:rsidRDefault="00BD4F18">
      <w:pPr>
        <w:spacing w:after="480"/>
        <w:jc w:val="center"/>
        <w:rPr>
          <w:sz w:val="44"/>
          <w:szCs w:val="44"/>
          <w:lang w:val="pl-PL"/>
        </w:rPr>
      </w:pPr>
      <w:r>
        <w:rPr>
          <w:rFonts w:ascii="Segoe UI Emoji" w:hAnsi="Segoe UI Emoji" w:cs="Segoe UI Emoji"/>
          <w:sz w:val="92"/>
        </w:rPr>
        <w:t>🏫</w:t>
      </w:r>
      <w:r w:rsidRPr="007E55E7">
        <w:rPr>
          <w:b/>
          <w:sz w:val="44"/>
          <w:szCs w:val="44"/>
          <w:lang w:val="pl-PL"/>
        </w:rPr>
        <w:t xml:space="preserve"> </w:t>
      </w:r>
      <w:r w:rsidR="002615A4" w:rsidRPr="007E55E7">
        <w:rPr>
          <w:b/>
          <w:sz w:val="44"/>
          <w:szCs w:val="44"/>
          <w:lang w:val="pl-PL"/>
        </w:rPr>
        <w:t>Przedszkole nr 22 w Warszawie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3"/>
        <w:gridCol w:w="8979"/>
      </w:tblGrid>
      <w:tr w:rsidR="00127A93" w:rsidRPr="00BD4F18" w14:paraId="7D5450B2" w14:textId="77777777" w:rsidTr="007E55E7">
        <w:tc>
          <w:tcPr>
            <w:tcW w:w="993" w:type="dxa"/>
          </w:tcPr>
          <w:p w14:paraId="08E88ABB" w14:textId="77777777" w:rsidR="00127A93" w:rsidRDefault="002615A4">
            <w:pPr>
              <w:jc w:val="center"/>
            </w:pPr>
            <w:r>
              <w:rPr>
                <w:sz w:val="60"/>
              </w:rPr>
              <w:t>📍</w:t>
            </w:r>
          </w:p>
        </w:tc>
        <w:tc>
          <w:tcPr>
            <w:tcW w:w="8979" w:type="dxa"/>
            <w:shd w:val="clear" w:color="auto" w:fill="F4F6F7"/>
          </w:tcPr>
          <w:p w14:paraId="5C1ED663" w14:textId="77777777" w:rsidR="00127A93" w:rsidRPr="007E55E7" w:rsidRDefault="002615A4">
            <w:pPr>
              <w:rPr>
                <w:lang w:val="pl-PL"/>
              </w:rPr>
            </w:pPr>
            <w:r w:rsidRPr="007E55E7">
              <w:rPr>
                <w:b/>
                <w:sz w:val="42"/>
                <w:lang w:val="pl-PL"/>
              </w:rPr>
              <w:t>Gdzie znajduje się przedszkole?</w:t>
            </w:r>
          </w:p>
          <w:p w14:paraId="2613857C" w14:textId="77777777" w:rsidR="00127A93" w:rsidRPr="007E55E7" w:rsidRDefault="002615A4">
            <w:pPr>
              <w:ind w:left="113"/>
              <w:rPr>
                <w:lang w:val="pl-PL"/>
              </w:rPr>
            </w:pPr>
            <w:r w:rsidRPr="007E55E7">
              <w:rPr>
                <w:lang w:val="pl-PL"/>
              </w:rPr>
              <w:t>• Przedszkole nr 22 znajduje się w Warszawie.</w:t>
            </w:r>
          </w:p>
          <w:p w14:paraId="55F4A0A4" w14:textId="77777777" w:rsidR="00127A93" w:rsidRPr="007E55E7" w:rsidRDefault="002615A4">
            <w:pPr>
              <w:ind w:left="113"/>
              <w:rPr>
                <w:lang w:val="pl-PL"/>
              </w:rPr>
            </w:pPr>
            <w:r w:rsidRPr="007E55E7">
              <w:rPr>
                <w:lang w:val="pl-PL"/>
              </w:rPr>
              <w:t>• Adres: ul. Żwirki i Wigury 15 b, 02-143 Warszawa.</w:t>
            </w:r>
          </w:p>
          <w:p w14:paraId="24C38F11" w14:textId="77777777" w:rsidR="00127A93" w:rsidRPr="007E55E7" w:rsidRDefault="002615A4">
            <w:pPr>
              <w:ind w:left="113"/>
              <w:rPr>
                <w:lang w:val="pl-PL"/>
              </w:rPr>
            </w:pPr>
            <w:r w:rsidRPr="007E55E7">
              <w:rPr>
                <w:lang w:val="pl-PL"/>
              </w:rPr>
              <w:t>• Przedszkole mieści się w budynku piętrowym.</w:t>
            </w:r>
          </w:p>
        </w:tc>
      </w:tr>
      <w:tr w:rsidR="00127A93" w:rsidRPr="00BD4F18" w14:paraId="44661C68" w14:textId="77777777" w:rsidTr="007E55E7">
        <w:tc>
          <w:tcPr>
            <w:tcW w:w="993" w:type="dxa"/>
          </w:tcPr>
          <w:p w14:paraId="303A7B3A" w14:textId="77777777" w:rsidR="00127A93" w:rsidRDefault="002615A4">
            <w:pPr>
              <w:jc w:val="center"/>
            </w:pPr>
            <w:r>
              <w:rPr>
                <w:sz w:val="60"/>
              </w:rPr>
              <w:t>♿</w:t>
            </w:r>
          </w:p>
        </w:tc>
        <w:tc>
          <w:tcPr>
            <w:tcW w:w="8979" w:type="dxa"/>
            <w:shd w:val="clear" w:color="auto" w:fill="F4F6F7"/>
          </w:tcPr>
          <w:p w14:paraId="4E96320B" w14:textId="77777777" w:rsidR="00127A93" w:rsidRPr="007E55E7" w:rsidRDefault="002615A4">
            <w:pPr>
              <w:rPr>
                <w:lang w:val="pl-PL"/>
              </w:rPr>
            </w:pPr>
            <w:r w:rsidRPr="007E55E7">
              <w:rPr>
                <w:b/>
                <w:sz w:val="42"/>
                <w:lang w:val="pl-PL"/>
              </w:rPr>
              <w:t>Dostępność przedszkola</w:t>
            </w:r>
          </w:p>
          <w:p w14:paraId="730A9EE5" w14:textId="77777777" w:rsidR="00127A93" w:rsidRPr="007E55E7" w:rsidRDefault="002615A4">
            <w:pPr>
              <w:ind w:left="113"/>
              <w:rPr>
                <w:lang w:val="pl-PL"/>
              </w:rPr>
            </w:pPr>
            <w:r w:rsidRPr="007E55E7">
              <w:rPr>
                <w:lang w:val="pl-PL"/>
              </w:rPr>
              <w:t>• Przed budynkiem znajduje się podjazd dla wózków.</w:t>
            </w:r>
          </w:p>
          <w:p w14:paraId="797E9B4B" w14:textId="77777777" w:rsidR="00127A93" w:rsidRPr="007E55E7" w:rsidRDefault="002615A4">
            <w:pPr>
              <w:ind w:left="113"/>
              <w:rPr>
                <w:lang w:val="pl-PL"/>
              </w:rPr>
            </w:pPr>
            <w:r w:rsidRPr="007E55E7">
              <w:rPr>
                <w:lang w:val="pl-PL"/>
              </w:rPr>
              <w:t>• W przedszkolu jest toaleta dla osób z niepełnosprawnościami.</w:t>
            </w:r>
          </w:p>
          <w:p w14:paraId="09187FDD" w14:textId="77777777" w:rsidR="00127A93" w:rsidRPr="007E55E7" w:rsidRDefault="002615A4">
            <w:pPr>
              <w:ind w:left="113"/>
              <w:rPr>
                <w:lang w:val="pl-PL"/>
              </w:rPr>
            </w:pPr>
            <w:r w:rsidRPr="007E55E7">
              <w:rPr>
                <w:lang w:val="pl-PL"/>
              </w:rPr>
              <w:t>• Do przedszkola można wejść z psem asystującym.</w:t>
            </w:r>
          </w:p>
          <w:p w14:paraId="0BEDFF41" w14:textId="77777777" w:rsidR="00127A93" w:rsidRPr="007E55E7" w:rsidRDefault="002615A4">
            <w:pPr>
              <w:ind w:left="113"/>
              <w:rPr>
                <w:lang w:val="pl-PL"/>
              </w:rPr>
            </w:pPr>
            <w:r w:rsidRPr="007E55E7">
              <w:rPr>
                <w:lang w:val="pl-PL"/>
              </w:rPr>
              <w:t>• Można skorzystać z tłumacza migowego online.</w:t>
            </w:r>
          </w:p>
        </w:tc>
      </w:tr>
    </w:tbl>
    <w:p w14:paraId="1E27AB22" w14:textId="77777777" w:rsidR="007E55E7" w:rsidRPr="00BD4F18" w:rsidRDefault="007E55E7">
      <w:pPr>
        <w:jc w:val="center"/>
        <w:rPr>
          <w:sz w:val="92"/>
          <w:lang w:val="pl-PL"/>
        </w:rPr>
      </w:pPr>
    </w:p>
    <w:p w14:paraId="7CE95E8E" w14:textId="72DD0606" w:rsidR="00127A93" w:rsidRPr="007E55E7" w:rsidRDefault="002615A4">
      <w:pPr>
        <w:jc w:val="center"/>
        <w:rPr>
          <w:lang w:val="pl-PL"/>
        </w:rPr>
      </w:pPr>
      <w:r>
        <w:rPr>
          <w:sz w:val="92"/>
        </w:rPr>
        <w:lastRenderedPageBreak/>
        <w:t>🚌</w:t>
      </w:r>
    </w:p>
    <w:p w14:paraId="1FDD5870" w14:textId="77777777" w:rsidR="00127A93" w:rsidRPr="007E55E7" w:rsidRDefault="002615A4">
      <w:pPr>
        <w:spacing w:after="480"/>
        <w:jc w:val="center"/>
        <w:rPr>
          <w:lang w:val="pl-PL"/>
        </w:rPr>
      </w:pPr>
      <w:r w:rsidRPr="007E55E7">
        <w:rPr>
          <w:b/>
          <w:sz w:val="56"/>
          <w:lang w:val="pl-PL"/>
        </w:rPr>
        <w:t>Jak dojechać do przedszkola?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34"/>
        <w:gridCol w:w="8838"/>
      </w:tblGrid>
      <w:tr w:rsidR="00127A93" w:rsidRPr="00BD4F18" w14:paraId="56B30349" w14:textId="77777777" w:rsidTr="007E55E7">
        <w:tc>
          <w:tcPr>
            <w:tcW w:w="1134" w:type="dxa"/>
          </w:tcPr>
          <w:p w14:paraId="09967511" w14:textId="77777777" w:rsidR="00127A93" w:rsidRDefault="002615A4">
            <w:pPr>
              <w:jc w:val="center"/>
            </w:pPr>
            <w:r>
              <w:rPr>
                <w:sz w:val="60"/>
              </w:rPr>
              <w:t>🚌</w:t>
            </w:r>
          </w:p>
        </w:tc>
        <w:tc>
          <w:tcPr>
            <w:tcW w:w="8838" w:type="dxa"/>
            <w:shd w:val="clear" w:color="auto" w:fill="F4F6F7"/>
          </w:tcPr>
          <w:p w14:paraId="6C15BF60" w14:textId="77777777" w:rsidR="00127A93" w:rsidRPr="007E55E7" w:rsidRDefault="002615A4">
            <w:pPr>
              <w:rPr>
                <w:lang w:val="pl-PL"/>
              </w:rPr>
            </w:pPr>
            <w:r w:rsidRPr="007E55E7">
              <w:rPr>
                <w:b/>
                <w:sz w:val="42"/>
                <w:lang w:val="pl-PL"/>
              </w:rPr>
              <w:t>Najbliższy przystanek</w:t>
            </w:r>
          </w:p>
          <w:p w14:paraId="195BBA8B" w14:textId="77777777" w:rsidR="00127A93" w:rsidRPr="007E55E7" w:rsidRDefault="002615A4">
            <w:pPr>
              <w:ind w:left="113"/>
              <w:rPr>
                <w:lang w:val="pl-PL"/>
              </w:rPr>
            </w:pPr>
            <w:r w:rsidRPr="007E55E7">
              <w:rPr>
                <w:lang w:val="pl-PL"/>
              </w:rPr>
              <w:t xml:space="preserve">• Najbliższy przystanek autobusowy to </w:t>
            </w:r>
            <w:r w:rsidRPr="007E55E7">
              <w:rPr>
                <w:b/>
                <w:bCs/>
                <w:lang w:val="pl-PL"/>
              </w:rPr>
              <w:t>Leżajska</w:t>
            </w:r>
            <w:r w:rsidRPr="007E55E7">
              <w:rPr>
                <w:lang w:val="pl-PL"/>
              </w:rPr>
              <w:t>.</w:t>
            </w:r>
          </w:p>
          <w:p w14:paraId="6F1012ED" w14:textId="77777777" w:rsidR="00127A93" w:rsidRPr="007E55E7" w:rsidRDefault="002615A4">
            <w:pPr>
              <w:ind w:left="113"/>
              <w:rPr>
                <w:lang w:val="pl-PL"/>
              </w:rPr>
            </w:pPr>
            <w:r w:rsidRPr="007E55E7">
              <w:rPr>
                <w:lang w:val="pl-PL"/>
              </w:rPr>
              <w:t>• Jest to przystanek na żądanie.</w:t>
            </w:r>
          </w:p>
        </w:tc>
      </w:tr>
    </w:tbl>
    <w:p w14:paraId="2C91E4A8" w14:textId="77777777" w:rsidR="00127A93" w:rsidRPr="007E55E7" w:rsidRDefault="00127A93">
      <w:pPr>
        <w:spacing w:after="120"/>
        <w:rPr>
          <w:lang w:val="pl-PL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34"/>
        <w:gridCol w:w="8838"/>
      </w:tblGrid>
      <w:tr w:rsidR="00127A93" w:rsidRPr="00BD4F18" w14:paraId="07E9B8AB" w14:textId="77777777" w:rsidTr="007E55E7">
        <w:tc>
          <w:tcPr>
            <w:tcW w:w="1134" w:type="dxa"/>
          </w:tcPr>
          <w:p w14:paraId="73FDD267" w14:textId="77777777" w:rsidR="00127A93" w:rsidRDefault="002615A4">
            <w:pPr>
              <w:jc w:val="center"/>
            </w:pPr>
            <w:r>
              <w:rPr>
                <w:sz w:val="60"/>
              </w:rPr>
              <w:t>👧</w:t>
            </w:r>
          </w:p>
        </w:tc>
        <w:tc>
          <w:tcPr>
            <w:tcW w:w="8838" w:type="dxa"/>
            <w:shd w:val="clear" w:color="auto" w:fill="F4F6F7"/>
          </w:tcPr>
          <w:p w14:paraId="6B7D9D4C" w14:textId="77777777" w:rsidR="00127A93" w:rsidRPr="007E55E7" w:rsidRDefault="002615A4">
            <w:pPr>
              <w:rPr>
                <w:lang w:val="pl-PL"/>
              </w:rPr>
            </w:pPr>
            <w:r w:rsidRPr="007E55E7">
              <w:rPr>
                <w:b/>
                <w:sz w:val="42"/>
                <w:lang w:val="pl-PL"/>
              </w:rPr>
              <w:t>Czym zajmuje się przedszkole?</w:t>
            </w:r>
          </w:p>
          <w:p w14:paraId="4D084B65" w14:textId="77777777" w:rsidR="00127A93" w:rsidRPr="007E55E7" w:rsidRDefault="002615A4">
            <w:pPr>
              <w:ind w:left="113"/>
              <w:rPr>
                <w:lang w:val="pl-PL"/>
              </w:rPr>
            </w:pPr>
            <w:r w:rsidRPr="007E55E7">
              <w:rPr>
                <w:lang w:val="pl-PL"/>
              </w:rPr>
              <w:t>• Do przedszkola chodzą dzieci w wieku od 3 do 6 lat.</w:t>
            </w:r>
          </w:p>
          <w:p w14:paraId="524132FD" w14:textId="77777777" w:rsidR="00127A93" w:rsidRPr="007E55E7" w:rsidRDefault="002615A4">
            <w:pPr>
              <w:ind w:left="113"/>
              <w:rPr>
                <w:lang w:val="pl-PL"/>
              </w:rPr>
            </w:pPr>
            <w:r w:rsidRPr="007E55E7">
              <w:rPr>
                <w:lang w:val="pl-PL"/>
              </w:rPr>
              <w:t>• Przedszkole prowadzi zajęcia edukacyjne dla dzieci.</w:t>
            </w:r>
          </w:p>
          <w:p w14:paraId="2A4DF0D3" w14:textId="77777777" w:rsidR="00127A93" w:rsidRPr="007E55E7" w:rsidRDefault="002615A4">
            <w:pPr>
              <w:ind w:left="113"/>
              <w:rPr>
                <w:lang w:val="pl-PL"/>
              </w:rPr>
            </w:pPr>
            <w:r w:rsidRPr="007E55E7">
              <w:rPr>
                <w:lang w:val="pl-PL"/>
              </w:rPr>
              <w:t>• Przedszkole opiekuje się dziećmi.</w:t>
            </w:r>
          </w:p>
          <w:p w14:paraId="0B1C8B1F" w14:textId="77777777" w:rsidR="00127A93" w:rsidRPr="007E55E7" w:rsidRDefault="002615A4">
            <w:pPr>
              <w:ind w:left="113"/>
              <w:rPr>
                <w:lang w:val="pl-PL"/>
              </w:rPr>
            </w:pPr>
            <w:r w:rsidRPr="007E55E7">
              <w:rPr>
                <w:lang w:val="pl-PL"/>
              </w:rPr>
              <w:t>• Dzieci bawią się w sali i na placu zabaw.</w:t>
            </w:r>
          </w:p>
          <w:p w14:paraId="6111EE24" w14:textId="77777777" w:rsidR="00127A93" w:rsidRPr="007E55E7" w:rsidRDefault="002615A4">
            <w:pPr>
              <w:ind w:left="113"/>
              <w:rPr>
                <w:lang w:val="pl-PL"/>
              </w:rPr>
            </w:pPr>
            <w:r w:rsidRPr="007E55E7">
              <w:rPr>
                <w:lang w:val="pl-PL"/>
              </w:rPr>
              <w:t>• Dzieci uczą się, odpoczywają i chodzą na spacery.</w:t>
            </w:r>
          </w:p>
        </w:tc>
      </w:tr>
    </w:tbl>
    <w:p w14:paraId="2C5E2694" w14:textId="77777777" w:rsidR="00127A93" w:rsidRPr="007E55E7" w:rsidRDefault="00127A93">
      <w:pPr>
        <w:spacing w:after="120"/>
        <w:rPr>
          <w:lang w:val="pl-PL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34"/>
        <w:gridCol w:w="8838"/>
      </w:tblGrid>
      <w:tr w:rsidR="00127A93" w:rsidRPr="00BD4F18" w14:paraId="60804FD6" w14:textId="77777777" w:rsidTr="007E55E7">
        <w:tc>
          <w:tcPr>
            <w:tcW w:w="1134" w:type="dxa"/>
          </w:tcPr>
          <w:p w14:paraId="32FAC6EB" w14:textId="77777777" w:rsidR="00127A93" w:rsidRDefault="002615A4">
            <w:pPr>
              <w:jc w:val="center"/>
            </w:pPr>
            <w:r>
              <w:rPr>
                <w:sz w:val="60"/>
              </w:rPr>
              <w:t>🎵</w:t>
            </w:r>
          </w:p>
        </w:tc>
        <w:tc>
          <w:tcPr>
            <w:tcW w:w="8838" w:type="dxa"/>
            <w:shd w:val="clear" w:color="auto" w:fill="F4F6F7"/>
          </w:tcPr>
          <w:p w14:paraId="59AE0654" w14:textId="77777777" w:rsidR="00127A93" w:rsidRPr="007E55E7" w:rsidRDefault="002615A4">
            <w:pPr>
              <w:rPr>
                <w:lang w:val="pl-PL"/>
              </w:rPr>
            </w:pPr>
            <w:r w:rsidRPr="007E55E7">
              <w:rPr>
                <w:b/>
                <w:sz w:val="42"/>
                <w:lang w:val="pl-PL"/>
              </w:rPr>
              <w:t>Zajęcia dodatkowe</w:t>
            </w:r>
          </w:p>
          <w:p w14:paraId="20C92AEB" w14:textId="1477FDB9" w:rsidR="00127A93" w:rsidRPr="007E55E7" w:rsidRDefault="002615A4" w:rsidP="007E55E7">
            <w:pPr>
              <w:ind w:left="113"/>
              <w:rPr>
                <w:lang w:val="pl-PL"/>
              </w:rPr>
            </w:pPr>
            <w:r w:rsidRPr="007E55E7">
              <w:rPr>
                <w:lang w:val="pl-PL"/>
              </w:rPr>
              <w:t>• W przedszkolu odbywają się zajęcia z rytmiki</w:t>
            </w:r>
            <w:r w:rsidR="007E55E7">
              <w:rPr>
                <w:lang w:val="pl-PL"/>
              </w:rPr>
              <w:t xml:space="preserve">, języka angielskiego oraz religii </w:t>
            </w:r>
            <w:r w:rsidRPr="007E55E7">
              <w:rPr>
                <w:lang w:val="pl-PL"/>
              </w:rPr>
              <w:t xml:space="preserve"> wyznania rzymskokatolickiego.</w:t>
            </w:r>
          </w:p>
        </w:tc>
      </w:tr>
    </w:tbl>
    <w:p w14:paraId="02C8F289" w14:textId="77777777" w:rsidR="00127A93" w:rsidRPr="007E55E7" w:rsidRDefault="002615A4">
      <w:pPr>
        <w:jc w:val="center"/>
        <w:rPr>
          <w:lang w:val="pl-PL"/>
        </w:rPr>
      </w:pPr>
      <w:r w:rsidRPr="007E55E7">
        <w:rPr>
          <w:sz w:val="92"/>
          <w:lang w:val="pl-PL"/>
        </w:rPr>
        <w:lastRenderedPageBreak/>
        <w:t>☎</w:t>
      </w:r>
      <w:r>
        <w:rPr>
          <w:sz w:val="92"/>
        </w:rPr>
        <w:t>️</w:t>
      </w:r>
    </w:p>
    <w:p w14:paraId="720D1C2D" w14:textId="02F36EFF" w:rsidR="00127A93" w:rsidRPr="007E55E7" w:rsidRDefault="002615A4">
      <w:pPr>
        <w:spacing w:after="480"/>
        <w:jc w:val="center"/>
        <w:rPr>
          <w:sz w:val="52"/>
          <w:szCs w:val="52"/>
          <w:lang w:val="pl-PL"/>
        </w:rPr>
      </w:pPr>
      <w:r w:rsidRPr="007E55E7">
        <w:rPr>
          <w:b/>
          <w:sz w:val="52"/>
          <w:szCs w:val="52"/>
          <w:lang w:val="pl-PL"/>
        </w:rPr>
        <w:t xml:space="preserve">Jak skontaktować się z </w:t>
      </w:r>
      <w:r w:rsidR="007E55E7" w:rsidRPr="007E55E7">
        <w:rPr>
          <w:b/>
          <w:sz w:val="52"/>
          <w:szCs w:val="52"/>
          <w:lang w:val="pl-PL"/>
        </w:rPr>
        <w:t>p</w:t>
      </w:r>
      <w:r w:rsidRPr="007E55E7">
        <w:rPr>
          <w:b/>
          <w:sz w:val="52"/>
          <w:szCs w:val="52"/>
          <w:lang w:val="pl-PL"/>
        </w:rPr>
        <w:t>rzedszkolem?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34"/>
        <w:gridCol w:w="8838"/>
      </w:tblGrid>
      <w:tr w:rsidR="00127A93" w:rsidRPr="00AB4A05" w14:paraId="4A6FBE9E" w14:textId="77777777" w:rsidTr="007E55E7">
        <w:tc>
          <w:tcPr>
            <w:tcW w:w="1134" w:type="dxa"/>
          </w:tcPr>
          <w:p w14:paraId="7BFEE335" w14:textId="77777777" w:rsidR="00127A93" w:rsidRDefault="002615A4">
            <w:pPr>
              <w:jc w:val="center"/>
            </w:pPr>
            <w:r>
              <w:rPr>
                <w:sz w:val="60"/>
              </w:rPr>
              <w:t>✉️</w:t>
            </w:r>
          </w:p>
        </w:tc>
        <w:tc>
          <w:tcPr>
            <w:tcW w:w="8838" w:type="dxa"/>
            <w:shd w:val="clear" w:color="auto" w:fill="F4F6F7"/>
          </w:tcPr>
          <w:p w14:paraId="7C5F5891" w14:textId="77777777" w:rsidR="00127A93" w:rsidRPr="007E55E7" w:rsidRDefault="002615A4">
            <w:pPr>
              <w:rPr>
                <w:lang w:val="pl-PL"/>
              </w:rPr>
            </w:pPr>
            <w:r w:rsidRPr="007E55E7">
              <w:rPr>
                <w:b/>
                <w:sz w:val="42"/>
                <w:lang w:val="pl-PL"/>
              </w:rPr>
              <w:t>Pismo</w:t>
            </w:r>
          </w:p>
          <w:p w14:paraId="70D5BDAA" w14:textId="77777777" w:rsidR="00127A93" w:rsidRPr="007E55E7" w:rsidRDefault="002615A4">
            <w:pPr>
              <w:ind w:left="113"/>
              <w:rPr>
                <w:lang w:val="pl-PL"/>
              </w:rPr>
            </w:pPr>
            <w:r w:rsidRPr="007E55E7">
              <w:rPr>
                <w:lang w:val="pl-PL"/>
              </w:rPr>
              <w:t>• Możesz napisać pismo i wysłać je na adres:</w:t>
            </w:r>
          </w:p>
          <w:p w14:paraId="52DA20DC" w14:textId="6CBE0ECE" w:rsidR="00127A93" w:rsidRPr="007E55E7" w:rsidRDefault="00AB4A05">
            <w:pPr>
              <w:ind w:left="113"/>
              <w:rPr>
                <w:lang w:val="pl-PL"/>
              </w:rPr>
            </w:pPr>
            <w:r>
              <w:rPr>
                <w:lang w:val="pl-PL"/>
              </w:rPr>
              <w:t xml:space="preserve">                     </w:t>
            </w:r>
            <w:r w:rsidR="002615A4" w:rsidRPr="007E55E7">
              <w:rPr>
                <w:lang w:val="pl-PL"/>
              </w:rPr>
              <w:t>Przedszkole nr 22</w:t>
            </w:r>
          </w:p>
          <w:p w14:paraId="152B8CBD" w14:textId="63910481" w:rsidR="00127A93" w:rsidRPr="007E55E7" w:rsidRDefault="00AB4A05">
            <w:pPr>
              <w:ind w:left="113"/>
              <w:rPr>
                <w:lang w:val="pl-PL"/>
              </w:rPr>
            </w:pPr>
            <w:r>
              <w:rPr>
                <w:lang w:val="pl-PL"/>
              </w:rPr>
              <w:t xml:space="preserve">                     </w:t>
            </w:r>
            <w:r w:rsidR="002615A4" w:rsidRPr="007E55E7">
              <w:rPr>
                <w:lang w:val="pl-PL"/>
              </w:rPr>
              <w:t>ul. Żwirki i Wigury 15 b</w:t>
            </w:r>
          </w:p>
          <w:p w14:paraId="42C2E8F4" w14:textId="6B5ECB3B" w:rsidR="00127A93" w:rsidRPr="00AB4A05" w:rsidRDefault="00AB4A05">
            <w:pPr>
              <w:ind w:left="113"/>
              <w:rPr>
                <w:lang w:val="pl-PL"/>
              </w:rPr>
            </w:pPr>
            <w:r>
              <w:rPr>
                <w:lang w:val="pl-PL"/>
              </w:rPr>
              <w:t xml:space="preserve">                     </w:t>
            </w:r>
            <w:r w:rsidR="002615A4" w:rsidRPr="00AB4A05">
              <w:rPr>
                <w:lang w:val="pl-PL"/>
              </w:rPr>
              <w:t>02-143 Warszawa</w:t>
            </w:r>
          </w:p>
        </w:tc>
      </w:tr>
    </w:tbl>
    <w:p w14:paraId="3BF09568" w14:textId="77777777" w:rsidR="00127A93" w:rsidRPr="00AB4A05" w:rsidRDefault="00127A93">
      <w:pPr>
        <w:spacing w:after="120"/>
        <w:rPr>
          <w:lang w:val="pl-PL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34"/>
        <w:gridCol w:w="8838"/>
      </w:tblGrid>
      <w:tr w:rsidR="00127A93" w14:paraId="52C7FF47" w14:textId="77777777" w:rsidTr="007E55E7">
        <w:tc>
          <w:tcPr>
            <w:tcW w:w="1134" w:type="dxa"/>
          </w:tcPr>
          <w:p w14:paraId="17A080BD" w14:textId="77777777" w:rsidR="00127A93" w:rsidRDefault="002615A4">
            <w:pPr>
              <w:jc w:val="center"/>
            </w:pPr>
            <w:r>
              <w:rPr>
                <w:sz w:val="60"/>
              </w:rPr>
              <w:t>📧</w:t>
            </w:r>
          </w:p>
        </w:tc>
        <w:tc>
          <w:tcPr>
            <w:tcW w:w="8838" w:type="dxa"/>
            <w:shd w:val="clear" w:color="auto" w:fill="F4F6F7"/>
          </w:tcPr>
          <w:p w14:paraId="037790DB" w14:textId="77777777" w:rsidR="00127A93" w:rsidRPr="007E55E7" w:rsidRDefault="002615A4">
            <w:pPr>
              <w:rPr>
                <w:lang w:val="pl-PL"/>
              </w:rPr>
            </w:pPr>
            <w:r w:rsidRPr="007E55E7">
              <w:rPr>
                <w:b/>
                <w:sz w:val="42"/>
                <w:lang w:val="pl-PL"/>
              </w:rPr>
              <w:t>E-mail</w:t>
            </w:r>
          </w:p>
          <w:p w14:paraId="1CFCCBE5" w14:textId="77777777" w:rsidR="00127A93" w:rsidRPr="007E55E7" w:rsidRDefault="002615A4">
            <w:pPr>
              <w:ind w:left="113"/>
              <w:rPr>
                <w:lang w:val="pl-PL"/>
              </w:rPr>
            </w:pPr>
            <w:r w:rsidRPr="007E55E7">
              <w:rPr>
                <w:lang w:val="pl-PL"/>
              </w:rPr>
              <w:t>• Możesz napisać e-mail na adres:</w:t>
            </w:r>
          </w:p>
          <w:p w14:paraId="2926DBB9" w14:textId="6B24FB2D" w:rsidR="00127A93" w:rsidRDefault="007E55E7">
            <w:pPr>
              <w:ind w:left="113"/>
            </w:pPr>
            <w:r w:rsidRPr="00BD4F18">
              <w:rPr>
                <w:lang w:val="pl-PL"/>
              </w:rPr>
              <w:t xml:space="preserve">                 </w:t>
            </w:r>
            <w:r w:rsidR="002615A4">
              <w:t>p22@eduwarszawa.pl</w:t>
            </w:r>
          </w:p>
        </w:tc>
      </w:tr>
    </w:tbl>
    <w:p w14:paraId="5D993409" w14:textId="77777777" w:rsidR="00127A93" w:rsidRDefault="00127A93">
      <w:pPr>
        <w:spacing w:after="12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34"/>
        <w:gridCol w:w="8838"/>
      </w:tblGrid>
      <w:tr w:rsidR="00127A93" w14:paraId="07AAB3A0" w14:textId="77777777" w:rsidTr="007E55E7">
        <w:tc>
          <w:tcPr>
            <w:tcW w:w="1134" w:type="dxa"/>
          </w:tcPr>
          <w:p w14:paraId="596E3707" w14:textId="77777777" w:rsidR="00127A93" w:rsidRDefault="002615A4">
            <w:pPr>
              <w:jc w:val="center"/>
            </w:pPr>
            <w:r>
              <w:rPr>
                <w:sz w:val="60"/>
              </w:rPr>
              <w:t>☎️</w:t>
            </w:r>
          </w:p>
        </w:tc>
        <w:tc>
          <w:tcPr>
            <w:tcW w:w="8838" w:type="dxa"/>
            <w:shd w:val="clear" w:color="auto" w:fill="F4F6F7"/>
          </w:tcPr>
          <w:p w14:paraId="7441E7BF" w14:textId="77777777" w:rsidR="00127A93" w:rsidRPr="007E55E7" w:rsidRDefault="002615A4">
            <w:pPr>
              <w:rPr>
                <w:lang w:val="pl-PL"/>
              </w:rPr>
            </w:pPr>
            <w:r w:rsidRPr="007E55E7">
              <w:rPr>
                <w:b/>
                <w:sz w:val="42"/>
                <w:lang w:val="pl-PL"/>
              </w:rPr>
              <w:t>Telefon</w:t>
            </w:r>
          </w:p>
          <w:p w14:paraId="1F649348" w14:textId="77777777" w:rsidR="00127A93" w:rsidRPr="007E55E7" w:rsidRDefault="002615A4">
            <w:pPr>
              <w:ind w:left="113"/>
              <w:rPr>
                <w:lang w:val="pl-PL"/>
              </w:rPr>
            </w:pPr>
            <w:r w:rsidRPr="007E55E7">
              <w:rPr>
                <w:lang w:val="pl-PL"/>
              </w:rPr>
              <w:t>• Możesz zadzwonić pod numer:</w:t>
            </w:r>
          </w:p>
          <w:p w14:paraId="70730599" w14:textId="77777777" w:rsidR="00127A93" w:rsidRDefault="002615A4">
            <w:pPr>
              <w:ind w:left="113"/>
            </w:pPr>
            <w:r>
              <w:t>• 22 846 20 40</w:t>
            </w:r>
          </w:p>
        </w:tc>
      </w:tr>
    </w:tbl>
    <w:p w14:paraId="3AB9AA1D" w14:textId="77777777" w:rsidR="00127A93" w:rsidRDefault="00127A93">
      <w:pPr>
        <w:spacing w:after="12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276"/>
        <w:gridCol w:w="8696"/>
      </w:tblGrid>
      <w:tr w:rsidR="00127A93" w:rsidRPr="00BD4F18" w14:paraId="78EE6FC0" w14:textId="77777777" w:rsidTr="007E55E7">
        <w:tc>
          <w:tcPr>
            <w:tcW w:w="1276" w:type="dxa"/>
          </w:tcPr>
          <w:p w14:paraId="7FBFDBB8" w14:textId="77777777" w:rsidR="00127A93" w:rsidRDefault="002615A4">
            <w:pPr>
              <w:jc w:val="center"/>
            </w:pPr>
            <w:r>
              <w:rPr>
                <w:sz w:val="60"/>
              </w:rPr>
              <w:lastRenderedPageBreak/>
              <w:t>🕐</w:t>
            </w:r>
          </w:p>
        </w:tc>
        <w:tc>
          <w:tcPr>
            <w:tcW w:w="8696" w:type="dxa"/>
            <w:shd w:val="clear" w:color="auto" w:fill="F4F6F7"/>
          </w:tcPr>
          <w:p w14:paraId="7E5D2317" w14:textId="77777777" w:rsidR="00127A93" w:rsidRPr="007E55E7" w:rsidRDefault="002615A4">
            <w:pPr>
              <w:rPr>
                <w:lang w:val="pl-PL"/>
              </w:rPr>
            </w:pPr>
            <w:r w:rsidRPr="007E55E7">
              <w:rPr>
                <w:b/>
                <w:sz w:val="42"/>
                <w:lang w:val="pl-PL"/>
              </w:rPr>
              <w:t>Kiedy możesz przyjść?</w:t>
            </w:r>
          </w:p>
          <w:p w14:paraId="5618364B" w14:textId="77777777" w:rsidR="00127A93" w:rsidRPr="007E55E7" w:rsidRDefault="002615A4">
            <w:pPr>
              <w:ind w:left="113"/>
              <w:rPr>
                <w:lang w:val="pl-PL"/>
              </w:rPr>
            </w:pPr>
            <w:r w:rsidRPr="007E55E7">
              <w:rPr>
                <w:lang w:val="pl-PL"/>
              </w:rPr>
              <w:t>• Przedszkole jest otwarte od poniedziałku do piątku.</w:t>
            </w:r>
          </w:p>
          <w:p w14:paraId="79E7CEB5" w14:textId="77777777" w:rsidR="00127A93" w:rsidRPr="007E55E7" w:rsidRDefault="002615A4">
            <w:pPr>
              <w:ind w:left="113"/>
              <w:rPr>
                <w:lang w:val="pl-PL"/>
              </w:rPr>
            </w:pPr>
            <w:r w:rsidRPr="007E55E7">
              <w:rPr>
                <w:lang w:val="pl-PL"/>
              </w:rPr>
              <w:t>• Godziny otwarcia: 7:00–17:00.</w:t>
            </w:r>
          </w:p>
          <w:p w14:paraId="4CF1F26F" w14:textId="77777777" w:rsidR="00127A93" w:rsidRPr="007E55E7" w:rsidRDefault="002615A4">
            <w:pPr>
              <w:ind w:left="113"/>
              <w:rPr>
                <w:lang w:val="pl-PL"/>
              </w:rPr>
            </w:pPr>
            <w:r w:rsidRPr="007E55E7">
              <w:rPr>
                <w:lang w:val="pl-PL"/>
              </w:rPr>
              <w:t>• Drzwi do przedszkola są otwierane ręcznie.</w:t>
            </w:r>
          </w:p>
        </w:tc>
      </w:tr>
    </w:tbl>
    <w:p w14:paraId="6E421A60" w14:textId="77777777" w:rsidR="00127A93" w:rsidRPr="007E55E7" w:rsidRDefault="00127A93">
      <w:pPr>
        <w:spacing w:after="120"/>
        <w:rPr>
          <w:lang w:val="pl-PL"/>
        </w:rPr>
      </w:pPr>
    </w:p>
    <w:sectPr w:rsidR="00127A93" w:rsidRPr="007E55E7" w:rsidSect="00034616">
      <w:footerReference w:type="default" r:id="rId9"/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54EDF" w14:textId="77777777" w:rsidR="00612707" w:rsidRDefault="00612707">
      <w:pPr>
        <w:spacing w:after="0" w:line="240" w:lineRule="auto"/>
      </w:pPr>
      <w:r>
        <w:separator/>
      </w:r>
    </w:p>
  </w:endnote>
  <w:endnote w:type="continuationSeparator" w:id="0">
    <w:p w14:paraId="7CF9BE88" w14:textId="77777777" w:rsidR="00612707" w:rsidRDefault="006127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2E9C8" w14:textId="77777777" w:rsidR="00127A93" w:rsidRPr="007E55E7" w:rsidRDefault="002615A4">
    <w:pPr>
      <w:pStyle w:val="Stopka"/>
      <w:jc w:val="center"/>
      <w:rPr>
        <w:lang w:val="pl-PL"/>
      </w:rPr>
    </w:pPr>
    <w:r w:rsidRPr="007E55E7">
      <w:rPr>
        <w:sz w:val="20"/>
        <w:lang w:val="pl-PL"/>
      </w:rPr>
      <w:t>Tekst łatwy do czytania i zrozumienia (ETR)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036ED" w14:textId="77777777" w:rsidR="00612707" w:rsidRDefault="00612707">
      <w:pPr>
        <w:spacing w:after="0" w:line="240" w:lineRule="auto"/>
      </w:pPr>
      <w:r>
        <w:separator/>
      </w:r>
    </w:p>
  </w:footnote>
  <w:footnote w:type="continuationSeparator" w:id="0">
    <w:p w14:paraId="31CBECB0" w14:textId="77777777" w:rsidR="00612707" w:rsidRDefault="006127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99722123">
    <w:abstractNumId w:val="8"/>
  </w:num>
  <w:num w:numId="2" w16cid:durableId="1040056979">
    <w:abstractNumId w:val="6"/>
  </w:num>
  <w:num w:numId="3" w16cid:durableId="1415512941">
    <w:abstractNumId w:val="5"/>
  </w:num>
  <w:num w:numId="4" w16cid:durableId="34043326">
    <w:abstractNumId w:val="4"/>
  </w:num>
  <w:num w:numId="5" w16cid:durableId="2031450108">
    <w:abstractNumId w:val="7"/>
  </w:num>
  <w:num w:numId="6" w16cid:durableId="1737166514">
    <w:abstractNumId w:val="3"/>
  </w:num>
  <w:num w:numId="7" w16cid:durableId="684594364">
    <w:abstractNumId w:val="2"/>
  </w:num>
  <w:num w:numId="8" w16cid:durableId="303852222">
    <w:abstractNumId w:val="1"/>
  </w:num>
  <w:num w:numId="9" w16cid:durableId="1548830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7A93"/>
    <w:rsid w:val="0015074B"/>
    <w:rsid w:val="002615A4"/>
    <w:rsid w:val="0029639D"/>
    <w:rsid w:val="00326F90"/>
    <w:rsid w:val="005549B8"/>
    <w:rsid w:val="005B14CE"/>
    <w:rsid w:val="00612707"/>
    <w:rsid w:val="0070572F"/>
    <w:rsid w:val="007E55E7"/>
    <w:rsid w:val="00AA1D8D"/>
    <w:rsid w:val="00AB4A05"/>
    <w:rsid w:val="00B47730"/>
    <w:rsid w:val="00BD4F18"/>
    <w:rsid w:val="00CB0664"/>
    <w:rsid w:val="00E5658C"/>
    <w:rsid w:val="00EF19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DF9765"/>
  <w14:defaultImageDpi w14:val="300"/>
  <w15:docId w15:val="{0A0724A1-E644-446A-A686-066DA75A2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240" w:line="324" w:lineRule="auto"/>
    </w:pPr>
    <w:rPr>
      <w:rFonts w:ascii="Arial" w:hAnsi="Arial"/>
      <w:sz w:val="3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219</Words>
  <Characters>1318</Characters>
  <Application>Microsoft Office Word</Application>
  <DocSecurity>0</DocSecurity>
  <Lines>10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monika wilczyńska</cp:lastModifiedBy>
  <cp:revision>4</cp:revision>
  <dcterms:created xsi:type="dcterms:W3CDTF">2026-09-05T18:56:00Z</dcterms:created>
  <dcterms:modified xsi:type="dcterms:W3CDTF">2026-09-05T19:17:00Z</dcterms:modified>
  <cp:category/>
</cp:coreProperties>
</file>